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גוף בגוף ראשון, שני ושלישי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יחיד לרבים ובין זכר לנקבה בשמות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בכינויי שייכות ובשמות גוף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 יחיד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אתם לזכרים, אתן לנקבות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אנחנו מתאר קבוצה שמדברת על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הוא גוף שלישי יחיד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שלי אומר שהחפץ שייך לדובר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את לנקבה ואתה לזכר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החיסכון בשימוש בשם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הן מתאים לקבוצת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נכון – אני לא משתנה לפי מין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לא נכון – יש עשרה שמות גוף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(גוף שני יחיד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(גוף שלישי יחיד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(גוף ראשון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(גוף שלישי רבים 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רון אוהב לשחק כדורגל. הוא משחק כל 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שלושה שמות גוף שונים, התאמה בין גוף, מין ומספר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שגוף ראשון מדבר על עצמו, גוף שני פונה למישהו, גוף שלישי מדבר על מישהו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אחת ליחיד ואחת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ששמות גוף מחליפים שם עצם כדי למנוע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זיכרון או מרוץ נגד השעון כדי לחזק את ההיכרות עם שמות הגוף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החלפת שמות של ילדים בכיתה בשמות גוף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לעבור בין השולחנות ולוודא התאמה נכונה בין שם הגוף למין ולמספר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שם גוף הוא מילה קצרה שבאה במקום שם של מישהו. למשל במקום לומר 'דנה' כל פעם, אפשר להגיד 'היא'.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אדם, כמו אני, אתה, 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על עצמו: אני,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שמדברים אליו: אתה, את, אתם, אתן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שמדברים עליו: הוא, היא, הם, 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שמראה למי שייך דבר, כמו שלי, שלך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למי שמדבר על עצמו, אחד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זו המילה 'היא'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 יחיד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שלישי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יותר מאחד?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לילד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מתארת כמה בנות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משתמשים במילה אתם ומתי באתן?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אתם לזכרים, אתן לנקבות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אתם ליחיד, אתן לרבים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אתם לעבר, אתן לעתיד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"אנחנו" הוא שם גוף בגוף ראשון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"הוא" הוא שם גוף בגוף 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שייכות כמו "שלי" מראה למי שייך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"את" ו"אתה" הם אותו שם גוף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גוף משמשים במקום שם עצם כדי לא לחזור עליו שוב ושוב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"הן" מתאים לקבוצת 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"אני" יכול להתאים גם לבן וגם לבת שמדברים על 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רק שלושה שמות גוף בסך הכול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דנה ילדה חרוצה. __________ לומדת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משה ויוסי חברים טובים. __________ משחקים ביחד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הזה __________, אל תיקחו אותו בלי לשאול.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תלמידים, __________ צריכים להכין שיעורי בית להיום.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ודני הלכנו לטיול, ו__________ נהנינו מאוד.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שני יחיד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שלישי רבים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שלישי יחיד 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שבו מחליפים שם של ילד או ילדה בשם גוף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יום בבית הספר, ושלבו בה לפחות שלושה שמות גוף שונים.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גוף ראשון, גוף שני וגוף שלישי?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גוף יחיד ולשם גוף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תפקידם של שמות הגוף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