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שמות גוף וכינויי גוף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שמות גוף בגוף ראשון, שני ושלישי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יחיד לרבים ובין זכר לנקבה בשמות 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נכון בכינויי שייכות ובשמות גוף 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אנחנו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אנחנו מתאר קבוצה שמדברת על עצמה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הוא גוף שלישי יחיד זכר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שלי אומר שהחפץ שייך לדובר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(גוף ראשון יחיד)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(גוף שני יחיד זכר)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(גוף שלישי יחיד נקבה)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(גוף ראשון רבים)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רון אוהב לשחק כדורגל. הוא משחק כל יום.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שגוף ראשון מדבר על עצמו, גוף שני פונה למישהו, גוף שלישי מדבר על מישהו אחר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נכונה אחת ליחיד ואחת לרבים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ששמות גוף מחליפים שם עצם כדי למנוע חזרה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במשחק זיכרון או מרוץ נגד השעון כדי לחזק את ההיכרות עם שמות הגוף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החלפת שמות של ילדים בכיתה בשמות גוף מתאימים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לעבור בין השולחנות ולוודא התאמה נכונה בין שם הגוף למין ולמספר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שמות גוף וכינויי גוף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שמות גוף הם מילים שמחליפות שם של אדם או דבר כדי שלא נצטרך לחזור עליו שוב ושוב. בדף הזה נתרגל לזהות ולהשתמש בשמות גוף ובכינויי גוף בצורה נכונה.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שלי  ·  היא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מהמילים היא שם גוף בגוף ראשון יחיד?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מהמילים מתאימה לרבים?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אנחנו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"אנחנו" הוא שם גוף בגוף ראשון רבים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"הוא" הוא שם גוף בגוף שני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כינוי שייכות כמו "שלי" מראה למי שייך 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דנה ילדה חרוצה. __________ לומדת כל יום.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הספר הזה __________, אל תיקחו אותו בלי לשאול.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גוף שלישי יחיד נקבה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גוף ראשון רבים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היא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גוף ראשון יחיד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אנחנו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גוף שני יחיד זכר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שבו מחליפים שם של ילד או ילדה בשם גוף מתאים.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גוף ראשון, גוף שני וגוף שלישי?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לשם גוף יחיד ולשם גוף רבים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שמות גוף וכינויי גוף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